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8"/>
      </w:tblGrid>
      <w:tr w:rsidR="008430CD" w14:paraId="72BC750C" w14:textId="77777777">
        <w:trPr>
          <w:jc w:val="center"/>
        </w:trPr>
        <w:tc>
          <w:tcPr>
            <w:tcW w:w="10658" w:type="dxa"/>
            <w:tcBorders>
              <w:top w:val="single" w:sz="6" w:space="0" w:color="B7D2F2"/>
              <w:left w:val="single" w:sz="6" w:space="0" w:color="B7D2F2"/>
              <w:bottom w:val="single" w:sz="6" w:space="0" w:color="B7D2F2"/>
              <w:right w:val="single" w:sz="6" w:space="0" w:color="B7D2F2"/>
            </w:tcBorders>
            <w:shd w:val="clear" w:color="auto" w:fill="EEF5FD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EA75F8" w14:textId="77777777" w:rsidR="008430CD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color w:val="1E5EB5"/>
                <w:sz w:val="16"/>
              </w:rPr>
              <w:t xml:space="preserve">HOW TO USE: </w:t>
            </w:r>
            <w:r>
              <w:rPr>
                <w:sz w:val="16"/>
              </w:rPr>
              <w:t>Replace all text in [square brackets] with your own details. Delete this blue instruction box before sending your resume.</w:t>
            </w:r>
          </w:p>
        </w:tc>
      </w:tr>
    </w:tbl>
    <w:p w14:paraId="42E331EA" w14:textId="77777777" w:rsidR="008430CD" w:rsidRDefault="00000000">
      <w:pPr>
        <w:spacing w:before="120" w:after="0" w:line="240" w:lineRule="auto"/>
        <w:rPr>
          <w:rFonts w:hint="eastAsia"/>
        </w:rPr>
      </w:pPr>
      <w:r>
        <w:rPr>
          <w:b/>
          <w:color w:val="1E5EB5"/>
          <w:sz w:val="50"/>
        </w:rPr>
        <w:t>[YOUR FULL NAME]</w:t>
      </w:r>
    </w:p>
    <w:p w14:paraId="20FEAEDC" w14:textId="77777777" w:rsidR="008430CD" w:rsidRDefault="00000000">
      <w:pPr>
        <w:spacing w:after="120" w:line="240" w:lineRule="auto"/>
        <w:rPr>
          <w:rFonts w:hint="eastAsia"/>
        </w:rPr>
      </w:pPr>
      <w:r>
        <w:rPr>
          <w:b/>
          <w:color w:val="067284"/>
          <w:sz w:val="21"/>
        </w:rPr>
        <w:t>[Target role or type of work - e.g. Retail Assistant | Apprentice | Warehouse Team Member]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7257"/>
      </w:tblGrid>
      <w:tr w:rsidR="008430CD" w14:paraId="61CD73F2" w14:textId="77777777">
        <w:trPr>
          <w:trHeight w:val="11339"/>
          <w:jc w:val="center"/>
        </w:trPr>
        <w:tc>
          <w:tcPr>
            <w:tcW w:w="3402" w:type="dxa"/>
            <w:tcBorders>
              <w:right w:val="single" w:sz="8" w:space="0" w:color="A7D6DA"/>
            </w:tcBorders>
            <w:shd w:val="clear" w:color="auto" w:fill="EAF7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86E105" w14:textId="77777777" w:rsidR="008430CD" w:rsidRDefault="008430CD">
            <w:pPr>
              <w:spacing w:after="0" w:line="48" w:lineRule="auto"/>
              <w:rPr>
                <w:rFonts w:hint="eastAsia"/>
              </w:rPr>
            </w:pPr>
          </w:p>
          <w:p w14:paraId="02737861" w14:textId="77777777" w:rsidR="008430CD" w:rsidRDefault="00000000">
            <w:pPr>
              <w:keepNext/>
              <w:pBdr>
                <w:bottom w:val="single" w:sz="12" w:space="3" w:color="067284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067284"/>
                <w:sz w:val="20"/>
              </w:rPr>
              <w:t>CONTACT</w:t>
            </w:r>
          </w:p>
          <w:p w14:paraId="22DDC282" w14:textId="77777777" w:rsidR="008430CD" w:rsidRDefault="00000000">
            <w:pPr>
              <w:spacing w:after="40" w:line="240" w:lineRule="auto"/>
              <w:rPr>
                <w:rFonts w:hint="eastAsia"/>
              </w:rPr>
            </w:pPr>
            <w:r>
              <w:rPr>
                <w:sz w:val="18"/>
              </w:rPr>
              <w:t>[Mobile number]</w:t>
            </w:r>
          </w:p>
          <w:p w14:paraId="307BC195" w14:textId="77777777" w:rsidR="008430CD" w:rsidRDefault="00000000">
            <w:pPr>
              <w:spacing w:after="40" w:line="240" w:lineRule="auto"/>
              <w:rPr>
                <w:rFonts w:hint="eastAsia"/>
              </w:rPr>
            </w:pPr>
            <w:r>
              <w:rPr>
                <w:sz w:val="18"/>
              </w:rPr>
              <w:t>[Professional email address]</w:t>
            </w:r>
          </w:p>
          <w:p w14:paraId="16BE3F22" w14:textId="77777777" w:rsidR="008430CD" w:rsidRDefault="00000000">
            <w:pPr>
              <w:spacing w:after="80" w:line="240" w:lineRule="auto"/>
              <w:rPr>
                <w:rFonts w:hint="eastAsia"/>
              </w:rPr>
            </w:pPr>
            <w:r>
              <w:rPr>
                <w:sz w:val="18"/>
              </w:rPr>
              <w:t>[Suburb, State]</w:t>
            </w:r>
          </w:p>
          <w:p w14:paraId="1B88B234" w14:textId="77777777" w:rsidR="008430CD" w:rsidRDefault="00000000">
            <w:pPr>
              <w:keepNext/>
              <w:pBdr>
                <w:bottom w:val="single" w:sz="12" w:space="3" w:color="067284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067284"/>
                <w:sz w:val="20"/>
              </w:rPr>
              <w:t>KEY SKILLS</w:t>
            </w:r>
          </w:p>
          <w:p w14:paraId="662926DE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</w:rPr>
              <w:t>[Reliable and punctual]</w:t>
            </w:r>
          </w:p>
          <w:p w14:paraId="53C4F268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</w:rPr>
              <w:t>[Friendly communication]</w:t>
            </w:r>
          </w:p>
          <w:p w14:paraId="45945EDE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</w:rPr>
              <w:t>[Teamwork]</w:t>
            </w:r>
          </w:p>
          <w:p w14:paraId="68083161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</w:rPr>
              <w:t>[Customer service / computer / hands-on skill]</w:t>
            </w:r>
          </w:p>
          <w:p w14:paraId="1D5B4210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</w:rPr>
              <w:t>[Add one skill relevant to the job]</w:t>
            </w:r>
          </w:p>
          <w:p w14:paraId="510221E6" w14:textId="77777777" w:rsidR="008430CD" w:rsidRDefault="00000000">
            <w:pPr>
              <w:keepNext/>
              <w:pBdr>
                <w:bottom w:val="single" w:sz="12" w:space="3" w:color="067284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067284"/>
                <w:sz w:val="20"/>
              </w:rPr>
              <w:t>CERTIFICATES &amp; LICENCES</w:t>
            </w:r>
          </w:p>
          <w:p w14:paraId="59DB5656" w14:textId="77777777" w:rsidR="008430CD" w:rsidRDefault="00000000">
            <w:pPr>
              <w:spacing w:after="80" w:line="240" w:lineRule="auto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[e.g. First Aid, White Card, RSA, Driver Licence]</w:t>
            </w:r>
          </w:p>
          <w:p w14:paraId="4E8BFCA7" w14:textId="77777777" w:rsidR="008430CD" w:rsidRDefault="00000000">
            <w:pPr>
              <w:keepNext/>
              <w:pBdr>
                <w:bottom w:val="single" w:sz="12" w:space="3" w:color="067284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067284"/>
                <w:sz w:val="20"/>
              </w:rPr>
              <w:t>AVAILABILITY</w:t>
            </w:r>
          </w:p>
          <w:p w14:paraId="6B688395" w14:textId="77777777" w:rsidR="008430CD" w:rsidRDefault="00000000">
            <w:pPr>
              <w:spacing w:after="40" w:line="240" w:lineRule="auto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[e.g. Available Monday-Friday and weekends]</w:t>
            </w:r>
          </w:p>
          <w:p w14:paraId="238CE111" w14:textId="77777777" w:rsidR="008430CD" w:rsidRDefault="00000000">
            <w:pPr>
              <w:spacing w:after="80" w:line="240" w:lineRule="auto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[Transport: public transport / own car / licence]</w:t>
            </w:r>
          </w:p>
          <w:p w14:paraId="6EA31F6A" w14:textId="77777777" w:rsidR="008430CD" w:rsidRDefault="00000000">
            <w:pPr>
              <w:keepNext/>
              <w:pBdr>
                <w:bottom w:val="single" w:sz="12" w:space="3" w:color="067284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067284"/>
                <w:sz w:val="20"/>
              </w:rPr>
              <w:t>INTERESTS (OPTIONAL)</w:t>
            </w:r>
          </w:p>
          <w:p w14:paraId="02F92856" w14:textId="77777777" w:rsidR="008430CD" w:rsidRDefault="00000000">
            <w:pPr>
              <w:spacing w:after="40" w:line="240" w:lineRule="auto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[Sport, volunteering, technology, music, community activities, etc.]</w:t>
            </w:r>
          </w:p>
        </w:tc>
        <w:tc>
          <w:tcPr>
            <w:tcW w:w="7257" w:type="dxa"/>
            <w:tcMar>
              <w:top w:w="70" w:type="dxa"/>
              <w:left w:w="190" w:type="dxa"/>
              <w:bottom w:w="70" w:type="dxa"/>
              <w:right w:w="100" w:type="dxa"/>
            </w:tcMar>
          </w:tcPr>
          <w:p w14:paraId="2B8D246A" w14:textId="77777777" w:rsidR="008430CD" w:rsidRDefault="008430CD">
            <w:pPr>
              <w:spacing w:after="0" w:line="48" w:lineRule="auto"/>
              <w:rPr>
                <w:rFonts w:hint="eastAsia"/>
              </w:rPr>
            </w:pPr>
          </w:p>
          <w:p w14:paraId="60BAC0B0" w14:textId="77777777" w:rsidR="008430CD" w:rsidRDefault="00000000">
            <w:pPr>
              <w:keepNext/>
              <w:pBdr>
                <w:bottom w:val="single" w:sz="12" w:space="3" w:color="1E5EB5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1E5EB5"/>
                <w:sz w:val="20"/>
              </w:rPr>
              <w:t>PROFILE</w:t>
            </w:r>
          </w:p>
          <w:p w14:paraId="777F0A08" w14:textId="77777777" w:rsidR="008430CD" w:rsidRDefault="00000000">
            <w:pPr>
              <w:spacing w:after="100" w:line="240" w:lineRule="auto"/>
              <w:rPr>
                <w:rFonts w:hint="eastAsia"/>
              </w:rPr>
            </w:pPr>
            <w:r>
              <w:rPr>
                <w:i/>
                <w:color w:val="5E6A71"/>
                <w:sz w:val="18"/>
              </w:rPr>
              <w:t>[Write 2-3 short sentences. Example: Reliable and friendly young person looking for an opportunity to build experience in retail. Quick to learn, comfortable working in a team and committed to arriving on time and doing the job well.]</w:t>
            </w:r>
          </w:p>
          <w:p w14:paraId="5FB0DCE6" w14:textId="77777777" w:rsidR="008430CD" w:rsidRDefault="00000000">
            <w:pPr>
              <w:keepNext/>
              <w:pBdr>
                <w:bottom w:val="single" w:sz="12" w:space="3" w:color="1E5EB5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1E5EB5"/>
                <w:sz w:val="20"/>
              </w:rPr>
              <w:t>WORK &amp; VOLUNTEER EXPERIENCE</w:t>
            </w:r>
          </w:p>
          <w:p w14:paraId="1F175779" w14:textId="77777777" w:rsidR="008430CD" w:rsidRDefault="00000000">
            <w:pPr>
              <w:keepNext/>
              <w:spacing w:after="0" w:line="240" w:lineRule="auto"/>
              <w:rPr>
                <w:rFonts w:hint="eastAsia"/>
              </w:rPr>
            </w:pPr>
            <w:r>
              <w:rPr>
                <w:b/>
                <w:sz w:val="20"/>
              </w:rPr>
              <w:t>[Role / Volunteer Position]</w:t>
            </w:r>
            <w:r>
              <w:rPr>
                <w:b/>
                <w:color w:val="067284"/>
              </w:rPr>
              <w:t xml:space="preserve">  |  [Organisation / Business]</w:t>
            </w:r>
          </w:p>
          <w:p w14:paraId="5D83705B" w14:textId="77777777" w:rsidR="008430CD" w:rsidRDefault="00000000">
            <w:pPr>
              <w:spacing w:after="20" w:line="240" w:lineRule="auto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[Month Year - Month Year]</w:t>
            </w:r>
          </w:p>
          <w:p w14:paraId="167A4421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[What you did - start with an action word, e.g. Helped customers find products and answered basic questions.]</w:t>
            </w:r>
          </w:p>
          <w:p w14:paraId="6B945D22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[Responsibility or achievement - e.g. Worked with a team to keep the area clean, safe and organised.]</w:t>
            </w:r>
          </w:p>
          <w:p w14:paraId="35C5D591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[Skill you used - e.g. Followed instructions, completed tasks on time and communicated with supervisors.]</w:t>
            </w:r>
          </w:p>
          <w:p w14:paraId="019EEB07" w14:textId="77777777" w:rsidR="008430CD" w:rsidRDefault="00000000">
            <w:pPr>
              <w:spacing w:before="40" w:after="80" w:line="240" w:lineRule="auto"/>
              <w:rPr>
                <w:rFonts w:hint="eastAsia"/>
              </w:rPr>
            </w:pPr>
            <w:r>
              <w:rPr>
                <w:b/>
                <w:color w:val="067284"/>
                <w:sz w:val="16"/>
              </w:rPr>
              <w:t xml:space="preserve">NO FORMAL WORK EXPERIENCE YET? </w:t>
            </w:r>
            <w:r>
              <w:rPr>
                <w:color w:val="5E6A71"/>
                <w:sz w:val="16"/>
              </w:rPr>
              <w:t>Use school work experience, volunteering, sport, community activities, caring responsibilities or helping in a family business.</w:t>
            </w:r>
          </w:p>
          <w:p w14:paraId="48AB2CBB" w14:textId="77777777" w:rsidR="008430CD" w:rsidRDefault="00000000">
            <w:pPr>
              <w:keepNext/>
              <w:spacing w:after="0" w:line="240" w:lineRule="auto"/>
              <w:rPr>
                <w:rFonts w:hint="eastAsia"/>
              </w:rPr>
            </w:pPr>
            <w:r>
              <w:rPr>
                <w:b/>
              </w:rPr>
              <w:t>[Second Role / Activity - optional]</w:t>
            </w:r>
            <w:r>
              <w:rPr>
                <w:b/>
                <w:color w:val="067284"/>
                <w:sz w:val="18"/>
              </w:rPr>
              <w:t xml:space="preserve">  |  [Organisation / School / Club]</w:t>
            </w:r>
          </w:p>
          <w:p w14:paraId="69DFDCD2" w14:textId="77777777" w:rsidR="008430CD" w:rsidRDefault="00000000">
            <w:pPr>
              <w:spacing w:after="20" w:line="240" w:lineRule="auto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[Month Year - Month Year]</w:t>
            </w:r>
          </w:p>
          <w:p w14:paraId="4C275641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[One strong responsibility or achievement.]</w:t>
            </w:r>
          </w:p>
          <w:p w14:paraId="1C24E005" w14:textId="77777777" w:rsidR="008430CD" w:rsidRDefault="00000000">
            <w:pPr>
              <w:pStyle w:val="ListBullet"/>
              <w:spacing w:after="20" w:line="240" w:lineRule="auto"/>
              <w:ind w:left="272" w:hanging="142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[Another responsibility or skill.]</w:t>
            </w:r>
          </w:p>
          <w:p w14:paraId="4DB2E294" w14:textId="77777777" w:rsidR="008430CD" w:rsidRDefault="00000000">
            <w:pPr>
              <w:keepNext/>
              <w:pBdr>
                <w:bottom w:val="single" w:sz="12" w:space="3" w:color="1E5EB5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1E5EB5"/>
                <w:sz w:val="20"/>
              </w:rPr>
              <w:t>EDUCATION</w:t>
            </w:r>
          </w:p>
          <w:p w14:paraId="62AB1B89" w14:textId="77777777" w:rsidR="008430CD" w:rsidRDefault="00000000">
            <w:pPr>
              <w:keepNext/>
              <w:spacing w:after="0" w:line="240" w:lineRule="auto"/>
              <w:rPr>
                <w:rFonts w:hint="eastAsia"/>
              </w:rPr>
            </w:pPr>
            <w:r>
              <w:rPr>
                <w:b/>
              </w:rPr>
              <w:t>[School / TAFE / Training Provider]</w:t>
            </w:r>
          </w:p>
          <w:p w14:paraId="594C3374" w14:textId="77777777" w:rsidR="008430CD" w:rsidRDefault="00000000">
            <w:pPr>
              <w:spacing w:after="20" w:line="240" w:lineRule="auto"/>
              <w:rPr>
                <w:rFonts w:hint="eastAsia"/>
              </w:rPr>
            </w:pPr>
            <w:r>
              <w:rPr>
                <w:color w:val="5E6A71"/>
                <w:sz w:val="17"/>
              </w:rPr>
              <w:t>[Qualification / Year Level / Course]  |  [Year or expected completion]</w:t>
            </w:r>
          </w:p>
          <w:p w14:paraId="5B5EDD6E" w14:textId="77777777" w:rsidR="008430CD" w:rsidRDefault="00000000">
            <w:pPr>
              <w:spacing w:after="80" w:line="240" w:lineRule="auto"/>
              <w:rPr>
                <w:rFonts w:hint="eastAsia"/>
              </w:rPr>
            </w:pPr>
            <w:r>
              <w:rPr>
                <w:i/>
                <w:color w:val="5E6A71"/>
                <w:sz w:val="17"/>
              </w:rPr>
              <w:t>[Optional: relevant subjects, awards, projects, leadership or achievements]</w:t>
            </w:r>
          </w:p>
          <w:p w14:paraId="61619B34" w14:textId="77777777" w:rsidR="008430CD" w:rsidRDefault="00000000">
            <w:pPr>
              <w:keepNext/>
              <w:pBdr>
                <w:bottom w:val="single" w:sz="12" w:space="3" w:color="1E5EB5"/>
              </w:pBdr>
              <w:spacing w:before="80" w:after="60" w:line="240" w:lineRule="auto"/>
              <w:rPr>
                <w:rFonts w:hint="eastAsia"/>
              </w:rPr>
            </w:pPr>
            <w:r>
              <w:rPr>
                <w:b/>
                <w:color w:val="1E5EB5"/>
                <w:sz w:val="20"/>
              </w:rPr>
              <w:t>REFERENCES</w:t>
            </w:r>
          </w:p>
          <w:p w14:paraId="788BF659" w14:textId="77777777" w:rsidR="008430CD" w:rsidRDefault="00000000">
            <w:pPr>
              <w:spacing w:after="20" w:line="240" w:lineRule="auto"/>
              <w:rPr>
                <w:rFonts w:hint="eastAsia"/>
              </w:rPr>
            </w:pPr>
            <w:r>
              <w:rPr>
                <w:b/>
                <w:sz w:val="17"/>
              </w:rPr>
              <w:t xml:space="preserve">Option 1: </w:t>
            </w:r>
            <w:r>
              <w:rPr>
                <w:color w:val="5E6A71"/>
                <w:sz w:val="17"/>
              </w:rPr>
              <w:t>References available on request.</w:t>
            </w:r>
          </w:p>
          <w:p w14:paraId="2C76BA15" w14:textId="77777777" w:rsidR="008430CD" w:rsidRDefault="00000000">
            <w:pPr>
              <w:spacing w:after="0" w:line="240" w:lineRule="auto"/>
              <w:rPr>
                <w:rFonts w:hint="eastAsia"/>
              </w:rPr>
            </w:pPr>
            <w:r>
              <w:rPr>
                <w:b/>
                <w:sz w:val="17"/>
              </w:rPr>
              <w:t xml:space="preserve">Option 2: </w:t>
            </w:r>
            <w:r>
              <w:rPr>
                <w:i/>
                <w:color w:val="5E6A71"/>
                <w:sz w:val="17"/>
              </w:rPr>
              <w:t>[Referee name] - [Job title / relationship] - [Phone] - [Email]</w:t>
            </w:r>
          </w:p>
        </w:tc>
      </w:tr>
    </w:tbl>
    <w:p w14:paraId="21E5ED39" w14:textId="77777777" w:rsidR="008430CD" w:rsidRDefault="00000000">
      <w:pPr>
        <w:shd w:val="clear" w:color="auto" w:fill="F4F6F7"/>
        <w:spacing w:before="100" w:after="0" w:line="240" w:lineRule="auto"/>
        <w:rPr>
          <w:rFonts w:hint="eastAsia"/>
        </w:rPr>
      </w:pPr>
      <w:r>
        <w:rPr>
          <w:b/>
          <w:color w:val="067284"/>
          <w:sz w:val="16"/>
        </w:rPr>
        <w:t xml:space="preserve">FINAL CHECK: </w:t>
      </w:r>
      <w:r>
        <w:rPr>
          <w:sz w:val="16"/>
        </w:rPr>
        <w:t>Check spelling • Use a professional email • Keep it to 1-2 pages • Save as PDF before applying • Tailor your resume to each job.</w:t>
      </w:r>
    </w:p>
    <w:sectPr w:rsidR="008430CD" w:rsidSect="00034616">
      <w:headerReference w:type="default" r:id="rId8"/>
      <w:footerReference w:type="default" r:id="rId9"/>
      <w:pgSz w:w="11906" w:h="16838"/>
      <w:pgMar w:top="567" w:right="624" w:bottom="567" w:left="624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A06A" w14:textId="77777777" w:rsidR="00B531D4" w:rsidRDefault="00B531D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363FC6B" w14:textId="77777777" w:rsidR="00B531D4" w:rsidRDefault="00B531D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8CA7" w14:textId="0D18D9C2" w:rsidR="008430CD" w:rsidRDefault="00000000">
    <w:pPr>
      <w:pStyle w:val="Footer"/>
      <w:jc w:val="center"/>
      <w:rPr>
        <w:rFonts w:hint="eastAsia"/>
      </w:rPr>
    </w:pPr>
    <w:r>
      <w:rPr>
        <w:color w:val="5E6A71"/>
        <w:sz w:val="14"/>
      </w:rPr>
      <w:t>Job Ready Resume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88B5" w14:textId="77777777" w:rsidR="00B531D4" w:rsidRDefault="00B531D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AAB44E1" w14:textId="77777777" w:rsidR="00B531D4" w:rsidRDefault="00B531D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9AB2" w14:textId="3823CEC4" w:rsidR="008430CD" w:rsidRDefault="00000000">
    <w:pPr>
      <w:pStyle w:val="Header"/>
      <w:jc w:val="right"/>
      <w:rPr>
        <w:rFonts w:hint="eastAsia"/>
      </w:rPr>
    </w:pPr>
    <w:r>
      <w:rPr>
        <w:b/>
        <w:color w:val="067284"/>
        <w:sz w:val="15"/>
      </w:rPr>
      <w:t>JOB READY RESUME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1731198">
    <w:abstractNumId w:val="8"/>
  </w:num>
  <w:num w:numId="2" w16cid:durableId="1999650188">
    <w:abstractNumId w:val="6"/>
  </w:num>
  <w:num w:numId="3" w16cid:durableId="1340231537">
    <w:abstractNumId w:val="5"/>
  </w:num>
  <w:num w:numId="4" w16cid:durableId="751051891">
    <w:abstractNumId w:val="4"/>
  </w:num>
  <w:num w:numId="5" w16cid:durableId="1374965127">
    <w:abstractNumId w:val="7"/>
  </w:num>
  <w:num w:numId="6" w16cid:durableId="1457680592">
    <w:abstractNumId w:val="3"/>
  </w:num>
  <w:num w:numId="7" w16cid:durableId="1635066462">
    <w:abstractNumId w:val="2"/>
  </w:num>
  <w:num w:numId="8" w16cid:durableId="1487698912">
    <w:abstractNumId w:val="1"/>
  </w:num>
  <w:num w:numId="9" w16cid:durableId="180828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430CD"/>
    <w:rsid w:val="00A20863"/>
    <w:rsid w:val="00AA1D8D"/>
    <w:rsid w:val="00B47730"/>
    <w:rsid w:val="00B531D4"/>
    <w:rsid w:val="00CB0664"/>
    <w:rsid w:val="00EC14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7E16F"/>
  <w14:defaultImageDpi w14:val="300"/>
  <w15:docId w15:val="{1499F634-A1D8-4BED-94F3-36C83F23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43746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Kids Off The Kerb - Job Ready Resume Template</dc:title>
  <dc:subject>Entry-level and first-job resume template</dc:subject>
  <dc:creator>Kids Off The Kerb</dc:creator>
  <cp:keywords>resume, job search, first job, youth employment, Australia</cp:keywords>
  <dc:description>generated by python-docx</dc:description>
  <cp:lastModifiedBy>NIKO Computers - Zak</cp:lastModifiedBy>
  <cp:revision>3</cp:revision>
  <dcterms:created xsi:type="dcterms:W3CDTF">2013-12-23T23:15:00Z</dcterms:created>
  <dcterms:modified xsi:type="dcterms:W3CDTF">2026-09-10T03:25:00Z</dcterms:modified>
  <cp:category/>
</cp:coreProperties>
</file>